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3DF6D" w14:textId="77777777" w:rsidR="00CF4CB9" w:rsidRDefault="00934F8D" w:rsidP="00CD466A">
      <w:pPr>
        <w:spacing w:after="0"/>
        <w:jc w:val="center"/>
        <w:rPr>
          <w:rFonts w:ascii="Tahoma" w:hAnsi="Tahoma" w:cs="Tahoma"/>
          <w:b/>
          <w:bCs/>
          <w:color w:val="4F81BD" w:themeColor="accent1"/>
          <w:lang w:val="el-GR"/>
        </w:rPr>
      </w:pPr>
      <w:r w:rsidRPr="00934F8D">
        <w:rPr>
          <w:rFonts w:ascii="Tahoma" w:hAnsi="Tahoma" w:cs="Tahoma"/>
          <w:b/>
          <w:bCs/>
          <w:color w:val="4F81BD" w:themeColor="accent1"/>
          <w:lang w:val="el-GR"/>
        </w:rPr>
        <w:t xml:space="preserve">Υπόδειγμα κειμένου Υπεύθυνης Δήλωσης </w:t>
      </w:r>
    </w:p>
    <w:p w14:paraId="360BCC73" w14:textId="401965B9" w:rsidR="00B65B07" w:rsidRDefault="007B32A6" w:rsidP="00CD466A">
      <w:pPr>
        <w:spacing w:after="0"/>
        <w:jc w:val="center"/>
        <w:rPr>
          <w:rFonts w:ascii="Tahoma" w:hAnsi="Tahoma" w:cs="Tahoma"/>
          <w:b/>
          <w:bCs/>
          <w:color w:val="4F81BD" w:themeColor="accent1"/>
          <w:lang w:val="el-GR"/>
        </w:rPr>
      </w:pPr>
      <w:r>
        <w:rPr>
          <w:rFonts w:ascii="Tahoma" w:hAnsi="Tahoma" w:cs="Tahoma"/>
          <w:b/>
          <w:bCs/>
          <w:color w:val="4F81BD" w:themeColor="accent1"/>
          <w:lang w:val="el-GR"/>
        </w:rPr>
        <w:t>ε</w:t>
      </w:r>
      <w:r w:rsidR="00CF4CB9">
        <w:rPr>
          <w:rFonts w:ascii="Tahoma" w:hAnsi="Tahoma" w:cs="Tahoma"/>
          <w:b/>
          <w:bCs/>
          <w:color w:val="4F81BD" w:themeColor="accent1"/>
          <w:lang w:val="el-GR"/>
        </w:rPr>
        <w:t>ταίρων-</w:t>
      </w:r>
      <w:r>
        <w:rPr>
          <w:rFonts w:ascii="Tahoma" w:hAnsi="Tahoma" w:cs="Tahoma"/>
          <w:b/>
          <w:bCs/>
          <w:color w:val="4F81BD" w:themeColor="accent1"/>
          <w:lang w:val="el-GR"/>
        </w:rPr>
        <w:t>μ</w:t>
      </w:r>
      <w:r w:rsidR="00CF4CB9">
        <w:rPr>
          <w:rFonts w:ascii="Tahoma" w:hAnsi="Tahoma" w:cs="Tahoma"/>
          <w:b/>
          <w:bCs/>
          <w:color w:val="4F81BD" w:themeColor="accent1"/>
          <w:lang w:val="el-GR"/>
        </w:rPr>
        <w:t>ετόχων-</w:t>
      </w:r>
      <w:r>
        <w:rPr>
          <w:rFonts w:ascii="Tahoma" w:hAnsi="Tahoma" w:cs="Tahoma"/>
          <w:b/>
          <w:bCs/>
          <w:color w:val="4F81BD" w:themeColor="accent1"/>
          <w:lang w:val="el-GR"/>
        </w:rPr>
        <w:t>δ</w:t>
      </w:r>
      <w:r w:rsidR="00CF4CB9">
        <w:rPr>
          <w:rFonts w:ascii="Tahoma" w:hAnsi="Tahoma" w:cs="Tahoma"/>
          <w:b/>
          <w:bCs/>
          <w:color w:val="4F81BD" w:themeColor="accent1"/>
          <w:lang w:val="el-GR"/>
        </w:rPr>
        <w:t xml:space="preserve">ιοικητικών </w:t>
      </w:r>
      <w:r>
        <w:rPr>
          <w:rFonts w:ascii="Tahoma" w:hAnsi="Tahoma" w:cs="Tahoma"/>
          <w:b/>
          <w:bCs/>
          <w:color w:val="4F81BD" w:themeColor="accent1"/>
          <w:lang w:val="el-GR"/>
        </w:rPr>
        <w:t>σ</w:t>
      </w:r>
      <w:r w:rsidR="00CF4CB9">
        <w:rPr>
          <w:rFonts w:ascii="Tahoma" w:hAnsi="Tahoma" w:cs="Tahoma"/>
          <w:b/>
          <w:bCs/>
          <w:color w:val="4F81BD" w:themeColor="accent1"/>
          <w:lang w:val="el-GR"/>
        </w:rPr>
        <w:t>τελεχών-</w:t>
      </w:r>
      <w:r>
        <w:rPr>
          <w:rFonts w:ascii="Tahoma" w:hAnsi="Tahoma" w:cs="Tahoma"/>
          <w:b/>
          <w:bCs/>
          <w:color w:val="4F81BD" w:themeColor="accent1"/>
          <w:lang w:val="el-GR"/>
        </w:rPr>
        <w:t>μ</w:t>
      </w:r>
      <w:r w:rsidR="00CF4CB9">
        <w:rPr>
          <w:rFonts w:ascii="Tahoma" w:hAnsi="Tahoma" w:cs="Tahoma"/>
          <w:b/>
          <w:bCs/>
          <w:color w:val="4F81BD" w:themeColor="accent1"/>
          <w:lang w:val="el-GR"/>
        </w:rPr>
        <w:t xml:space="preserve">ελών </w:t>
      </w:r>
      <w:r w:rsidR="00B65B07" w:rsidRPr="00B65B07">
        <w:rPr>
          <w:rFonts w:ascii="Tahoma" w:hAnsi="Tahoma" w:cs="Tahoma"/>
          <w:b/>
          <w:bCs/>
          <w:color w:val="4F81BD" w:themeColor="accent1"/>
          <w:lang w:val="el-GR"/>
        </w:rPr>
        <w:t xml:space="preserve"> </w:t>
      </w:r>
    </w:p>
    <w:p w14:paraId="5BFAE49C" w14:textId="6C3F1C1E" w:rsidR="004820A3" w:rsidRPr="00B65B07" w:rsidRDefault="007B32A6" w:rsidP="00CD466A">
      <w:pPr>
        <w:spacing w:after="0"/>
        <w:jc w:val="center"/>
        <w:rPr>
          <w:rFonts w:ascii="Tahoma" w:hAnsi="Tahoma" w:cs="Tahoma"/>
          <w:b/>
          <w:bCs/>
          <w:color w:val="4F81BD" w:themeColor="accent1"/>
          <w:lang w:val="el-GR"/>
        </w:rPr>
      </w:pPr>
      <w:r>
        <w:rPr>
          <w:rFonts w:ascii="Tahoma" w:hAnsi="Tahoma" w:cs="Tahoma"/>
          <w:b/>
          <w:bCs/>
          <w:color w:val="4F81BD" w:themeColor="accent1"/>
          <w:lang w:val="el-GR"/>
        </w:rPr>
        <w:t>ν</w:t>
      </w:r>
      <w:r w:rsidR="004820A3">
        <w:rPr>
          <w:rFonts w:ascii="Tahoma" w:hAnsi="Tahoma" w:cs="Tahoma"/>
          <w:b/>
          <w:bCs/>
          <w:color w:val="4F81BD" w:themeColor="accent1"/>
          <w:lang w:val="el-GR"/>
        </w:rPr>
        <w:t xml:space="preserve">ομικού προσώπου </w:t>
      </w:r>
    </w:p>
    <w:p w14:paraId="0F5D5254" w14:textId="7DAF1B6F" w:rsidR="002A3D34" w:rsidRPr="008747FF" w:rsidRDefault="008747FF" w:rsidP="008D1122">
      <w:pPr>
        <w:jc w:val="center"/>
        <w:rPr>
          <w:rFonts w:ascii="Tahoma" w:hAnsi="Tahoma" w:cs="Tahoma"/>
          <w:lang w:val="el-GR"/>
        </w:rPr>
      </w:pPr>
      <w:r w:rsidRPr="008747FF">
        <w:rPr>
          <w:rFonts w:ascii="Tahoma" w:hAnsi="Tahoma" w:cs="Tahoma"/>
          <w:lang w:val="el-GR"/>
        </w:rPr>
        <w:t xml:space="preserve">(Άρθρο 8 του </w:t>
      </w:r>
      <w:r w:rsidR="00BE6DFB">
        <w:rPr>
          <w:rFonts w:ascii="Tahoma" w:hAnsi="Tahoma" w:cs="Tahoma"/>
          <w:lang w:val="el-GR"/>
        </w:rPr>
        <w:t>ν</w:t>
      </w:r>
      <w:r w:rsidRPr="008747FF">
        <w:rPr>
          <w:rFonts w:ascii="Tahoma" w:hAnsi="Tahoma" w:cs="Tahoma"/>
          <w:lang w:val="el-GR"/>
        </w:rPr>
        <w:t>. 1599/1986)</w:t>
      </w:r>
    </w:p>
    <w:p w14:paraId="00CCF484" w14:textId="5AD4B30D" w:rsidR="00934F8D" w:rsidRPr="00934F8D" w:rsidRDefault="00934F8D" w:rsidP="00934F8D">
      <w:pPr>
        <w:suppressAutoHyphens/>
        <w:spacing w:after="120"/>
        <w:ind w:hanging="5"/>
        <w:jc w:val="both"/>
        <w:rPr>
          <w:rFonts w:ascii="Tahoma" w:hAnsi="Tahoma" w:cs="Tahoma"/>
          <w:i/>
          <w:iCs/>
          <w:sz w:val="20"/>
          <w:szCs w:val="20"/>
          <w:lang w:val="el-GR" w:eastAsia="zh-CN"/>
        </w:rPr>
      </w:pPr>
      <w:r w:rsidRPr="00934F8D">
        <w:rPr>
          <w:rFonts w:ascii="Tahoma" w:hAnsi="Tahoma" w:cs="Tahoma"/>
          <w:i/>
          <w:iCs/>
          <w:sz w:val="20"/>
          <w:szCs w:val="20"/>
          <w:lang w:val="el-GR" w:eastAsia="zh-CN"/>
        </w:rPr>
        <w:t xml:space="preserve">Συμπληρώνεται Υπεύθυνη Δήλωση (άρθρο 8 ν. 1599/1986), θεωρημένη για το γνήσιο της υπογραφής ή εκδοθείσα από τη διαδικτυακή πύλη </w:t>
      </w:r>
      <w:hyperlink r:id="rId6" w:history="1">
        <w:r w:rsidRPr="00765EA5">
          <w:rPr>
            <w:rStyle w:val="Hyperlink"/>
            <w:rFonts w:ascii="Tahoma" w:eastAsiaTheme="majorEastAsia" w:hAnsi="Tahoma" w:cs="Tahoma"/>
            <w:i/>
            <w:iCs/>
            <w:sz w:val="20"/>
            <w:szCs w:val="20"/>
            <w:lang w:eastAsia="zh-CN"/>
          </w:rPr>
          <w:t>https</w:t>
        </w:r>
        <w:r w:rsidRPr="00934F8D">
          <w:rPr>
            <w:rStyle w:val="Hyperlink"/>
            <w:rFonts w:ascii="Tahoma" w:eastAsiaTheme="majorEastAsia" w:hAnsi="Tahoma" w:cs="Tahoma"/>
            <w:i/>
            <w:iCs/>
            <w:sz w:val="20"/>
            <w:szCs w:val="20"/>
            <w:lang w:val="el-GR" w:eastAsia="zh-CN"/>
          </w:rPr>
          <w:t>://</w:t>
        </w:r>
        <w:r w:rsidRPr="00765EA5">
          <w:rPr>
            <w:rStyle w:val="Hyperlink"/>
            <w:rFonts w:ascii="Tahoma" w:eastAsiaTheme="majorEastAsia" w:hAnsi="Tahoma" w:cs="Tahoma"/>
            <w:i/>
            <w:iCs/>
            <w:sz w:val="20"/>
            <w:szCs w:val="20"/>
            <w:lang w:eastAsia="zh-CN"/>
          </w:rPr>
          <w:t>www</w:t>
        </w:r>
        <w:r w:rsidRPr="00934F8D">
          <w:rPr>
            <w:rStyle w:val="Hyperlink"/>
            <w:rFonts w:ascii="Tahoma" w:eastAsiaTheme="majorEastAsia" w:hAnsi="Tahoma" w:cs="Tahoma"/>
            <w:i/>
            <w:iCs/>
            <w:sz w:val="20"/>
            <w:szCs w:val="20"/>
            <w:lang w:val="el-GR" w:eastAsia="zh-CN"/>
          </w:rPr>
          <w:t>.</w:t>
        </w:r>
        <w:r w:rsidRPr="00765EA5">
          <w:rPr>
            <w:rStyle w:val="Hyperlink"/>
            <w:rFonts w:ascii="Tahoma" w:eastAsiaTheme="majorEastAsia" w:hAnsi="Tahoma" w:cs="Tahoma"/>
            <w:i/>
            <w:iCs/>
            <w:sz w:val="20"/>
            <w:szCs w:val="20"/>
            <w:lang w:eastAsia="zh-CN"/>
          </w:rPr>
          <w:t>gov</w:t>
        </w:r>
        <w:r w:rsidRPr="00934F8D">
          <w:rPr>
            <w:rStyle w:val="Hyperlink"/>
            <w:rFonts w:ascii="Tahoma" w:eastAsiaTheme="majorEastAsia" w:hAnsi="Tahoma" w:cs="Tahoma"/>
            <w:i/>
            <w:iCs/>
            <w:sz w:val="20"/>
            <w:szCs w:val="20"/>
            <w:lang w:val="el-GR" w:eastAsia="zh-CN"/>
          </w:rPr>
          <w:t>.</w:t>
        </w:r>
        <w:r w:rsidRPr="00765EA5">
          <w:rPr>
            <w:rStyle w:val="Hyperlink"/>
            <w:rFonts w:ascii="Tahoma" w:eastAsiaTheme="majorEastAsia" w:hAnsi="Tahoma" w:cs="Tahoma"/>
            <w:i/>
            <w:iCs/>
            <w:sz w:val="20"/>
            <w:szCs w:val="20"/>
            <w:lang w:eastAsia="zh-CN"/>
          </w:rPr>
          <w:t>gr</w:t>
        </w:r>
      </w:hyperlink>
      <w:r w:rsidRPr="00934F8D">
        <w:rPr>
          <w:rFonts w:ascii="Tahoma" w:hAnsi="Tahoma" w:cs="Tahoma"/>
          <w:i/>
          <w:iCs/>
          <w:sz w:val="20"/>
          <w:szCs w:val="20"/>
          <w:lang w:val="el-GR" w:eastAsia="zh-CN"/>
        </w:rPr>
        <w:t xml:space="preserve">, το περιεχόμενο της οποίας θα είναι σύμφωνο με το κατωτέρω υπόδειγμα. </w:t>
      </w:r>
    </w:p>
    <w:p w14:paraId="7F076C5A" w14:textId="77777777" w:rsidR="00CF4CB9" w:rsidRDefault="008747FF" w:rsidP="00CF4CB9">
      <w:pPr>
        <w:jc w:val="both"/>
        <w:rPr>
          <w:rFonts w:ascii="Tahoma" w:hAnsi="Tahoma" w:cs="Tahoma"/>
          <w:iCs/>
          <w:color w:val="EE0000"/>
          <w:lang w:val="el-GR"/>
        </w:rPr>
      </w:pPr>
      <w:r w:rsidRPr="008747FF">
        <w:rPr>
          <w:rFonts w:ascii="Tahoma" w:hAnsi="Tahoma" w:cs="Tahoma"/>
          <w:lang w:val="el-GR"/>
        </w:rPr>
        <w:br/>
      </w:r>
      <w:r w:rsidR="00AB0CFC" w:rsidRPr="00934F8D">
        <w:rPr>
          <w:rFonts w:ascii="Tahoma" w:hAnsi="Tahoma" w:cs="Tahoma"/>
          <w:lang w:val="el-GR"/>
        </w:rPr>
        <w:t>Με ατομική μου ευθύνη και γνωρίζοντας τις κυρώσεις που προβλέπονται από τις διατάξεις της παραγράφου 6 του άρθρου 22 του ν. 1599/1986, δηλώνω ότι:</w:t>
      </w:r>
      <w:r w:rsidR="00AB0CFC" w:rsidRPr="00934F8D">
        <w:rPr>
          <w:rFonts w:ascii="Tahoma" w:hAnsi="Tahoma" w:cs="Tahoma"/>
          <w:lang w:val="el-GR"/>
        </w:rPr>
        <w:br/>
      </w:r>
    </w:p>
    <w:p w14:paraId="6A2D8DD4" w14:textId="7CD649DF" w:rsidR="00CF4CB9" w:rsidRPr="00CF4CB9" w:rsidRDefault="00CF4CB9" w:rsidP="00CF4CB9">
      <w:pPr>
        <w:pStyle w:val="ListParagraph"/>
        <w:numPr>
          <w:ilvl w:val="0"/>
          <w:numId w:val="20"/>
        </w:numPr>
        <w:spacing w:after="120"/>
        <w:jc w:val="both"/>
        <w:rPr>
          <w:rFonts w:ascii="Tahoma" w:hAnsi="Tahoma" w:cs="Tahoma"/>
          <w:lang w:val="el-GR" w:eastAsia="el-GR"/>
        </w:rPr>
      </w:pPr>
      <w:r w:rsidRPr="00CF4CB9">
        <w:rPr>
          <w:rFonts w:ascii="Tahoma" w:hAnsi="Tahoma" w:cs="Tahoma"/>
          <w:lang w:val="el-GR" w:eastAsia="el-GR"/>
        </w:rPr>
        <w:t>Δεν ασκώ</w:t>
      </w:r>
      <w:r w:rsidRPr="00CF4CB9">
        <w:rPr>
          <w:rFonts w:ascii="Tahoma" w:hAnsi="Tahoma" w:cs="Tahoma"/>
          <w:color w:val="EE0000"/>
          <w:lang w:val="el-GR" w:eastAsia="el-GR"/>
        </w:rPr>
        <w:t xml:space="preserve"> </w:t>
      </w:r>
      <w:r w:rsidRPr="00CF4CB9">
        <w:rPr>
          <w:rFonts w:ascii="Tahoma" w:hAnsi="Tahoma" w:cs="Tahoma"/>
          <w:lang w:val="el-GR" w:eastAsia="el-GR"/>
        </w:rPr>
        <w:t xml:space="preserve">εμπορία γεωργικών και κτηνιατρικών εφοδίων </w:t>
      </w:r>
      <w:r w:rsidRPr="00CD466A">
        <w:rPr>
          <w:rFonts w:ascii="Tahoma" w:hAnsi="Tahoma" w:cs="Tahoma"/>
          <w:lang w:val="el-GR" w:eastAsia="el-GR"/>
        </w:rPr>
        <w:t>ή/και</w:t>
      </w:r>
      <w:r w:rsidR="00CD466A">
        <w:rPr>
          <w:rFonts w:ascii="Tahoma" w:hAnsi="Tahoma" w:cs="Tahoma"/>
          <w:lang w:val="el-GR" w:eastAsia="el-GR"/>
        </w:rPr>
        <w:t xml:space="preserve"> </w:t>
      </w:r>
      <w:r w:rsidRPr="00CF4CB9">
        <w:rPr>
          <w:rFonts w:ascii="Tahoma" w:hAnsi="Tahoma" w:cs="Tahoma"/>
          <w:lang w:val="el-GR" w:eastAsia="el-GR"/>
        </w:rPr>
        <w:t>αγροτικών προϊόντων</w:t>
      </w:r>
      <w:r w:rsidR="00364ED7">
        <w:rPr>
          <w:rFonts w:ascii="Tahoma" w:hAnsi="Tahoma" w:cs="Tahoma"/>
          <w:lang w:val="el-GR" w:eastAsia="el-GR"/>
        </w:rPr>
        <w:t>.</w:t>
      </w:r>
      <w:r w:rsidR="00CD466A">
        <w:rPr>
          <w:rFonts w:ascii="Tahoma" w:hAnsi="Tahoma" w:cs="Tahoma"/>
          <w:lang w:val="el-GR" w:eastAsia="el-GR"/>
        </w:rPr>
        <w:t xml:space="preserve"> </w:t>
      </w:r>
      <w:r w:rsidR="00CD466A" w:rsidRPr="00CD466A">
        <w:rPr>
          <w:rFonts w:ascii="Tahoma" w:hAnsi="Tahoma" w:cs="Tahoma"/>
          <w:b/>
          <w:bCs/>
          <w:vertAlign w:val="superscript"/>
          <w:lang w:val="el-GR" w:eastAsia="zh-CN"/>
        </w:rPr>
        <w:t>(1)</w:t>
      </w:r>
    </w:p>
    <w:p w14:paraId="70A6DB13" w14:textId="43DCE9D8" w:rsidR="00CF4CB9" w:rsidRPr="00CF4CB9" w:rsidRDefault="00CF4CB9" w:rsidP="00CF4CB9">
      <w:pPr>
        <w:pStyle w:val="ListParagraph"/>
        <w:numPr>
          <w:ilvl w:val="0"/>
          <w:numId w:val="20"/>
        </w:numPr>
        <w:spacing w:after="120"/>
        <w:jc w:val="both"/>
        <w:rPr>
          <w:rFonts w:ascii="Tahoma" w:hAnsi="Tahoma" w:cs="Tahoma"/>
          <w:lang w:val="el-GR" w:eastAsia="el-GR"/>
        </w:rPr>
      </w:pPr>
      <w:r w:rsidRPr="00CF4CB9">
        <w:rPr>
          <w:rFonts w:ascii="Tahoma" w:hAnsi="Tahoma" w:cs="Tahoma"/>
          <w:lang w:val="el-GR" w:eastAsia="el-GR"/>
        </w:rPr>
        <w:t>Δεν μετέχω</w:t>
      </w:r>
      <w:r w:rsidR="00364ED7">
        <w:rPr>
          <w:rFonts w:ascii="Tahoma" w:hAnsi="Tahoma" w:cs="Tahoma"/>
          <w:lang w:val="el-GR" w:eastAsia="el-GR"/>
        </w:rPr>
        <w:t xml:space="preserve">, </w:t>
      </w:r>
      <w:r w:rsidR="00364ED7" w:rsidRPr="007B32A6">
        <w:rPr>
          <w:rFonts w:ascii="Tahoma" w:hAnsi="Tahoma" w:cs="Tahoma"/>
          <w:lang w:val="el-GR" w:eastAsia="el-GR"/>
        </w:rPr>
        <w:t>δεν</w:t>
      </w:r>
      <w:r w:rsidRPr="007B32A6">
        <w:rPr>
          <w:rFonts w:ascii="Tahoma" w:hAnsi="Tahoma" w:cs="Tahoma"/>
          <w:lang w:val="el-GR" w:eastAsia="el-GR"/>
        </w:rPr>
        <w:t xml:space="preserve"> συμμετέχω με οιαδήποτε εταιρική ιδιότητα</w:t>
      </w:r>
      <w:r w:rsidRPr="00CF4CB9">
        <w:rPr>
          <w:rFonts w:ascii="Tahoma" w:hAnsi="Tahoma" w:cs="Tahoma"/>
          <w:lang w:val="el-GR" w:eastAsia="el-GR"/>
        </w:rPr>
        <w:t xml:space="preserve"> σε νομικό πρόσωπο που δραστηριοποιείται στην εμπορία γεωργικών και κτηνιατρικών εφοδίων ή/και αγροτικών προϊόντων</w:t>
      </w:r>
      <w:r w:rsidR="00364ED7">
        <w:rPr>
          <w:rFonts w:ascii="Tahoma" w:hAnsi="Tahoma" w:cs="Tahoma"/>
          <w:lang w:val="el-GR" w:eastAsia="el-GR"/>
        </w:rPr>
        <w:t>.</w:t>
      </w:r>
    </w:p>
    <w:p w14:paraId="4C2F58AB" w14:textId="4442347C" w:rsidR="00CF4CB9" w:rsidRPr="00CF4CB9" w:rsidRDefault="00CF4CB9" w:rsidP="00CF4CB9">
      <w:pPr>
        <w:pStyle w:val="ListParagraph"/>
        <w:numPr>
          <w:ilvl w:val="0"/>
          <w:numId w:val="20"/>
        </w:numPr>
        <w:spacing w:after="120"/>
        <w:jc w:val="both"/>
        <w:rPr>
          <w:rFonts w:ascii="Tahoma" w:hAnsi="Tahoma" w:cs="Tahoma"/>
          <w:lang w:val="el-GR" w:eastAsia="el-GR"/>
        </w:rPr>
      </w:pPr>
      <w:r w:rsidRPr="00CF4CB9">
        <w:rPr>
          <w:rFonts w:ascii="Tahoma" w:hAnsi="Tahoma" w:cs="Tahoma"/>
          <w:lang w:val="el-GR" w:eastAsia="el-GR"/>
        </w:rPr>
        <w:t xml:space="preserve">Δεν εργάζομαι σε νομικό πρόσωπο ή ατομική επιχείρηση που δραστηριοποιείται στην εμπορία γεωργικών και κτηνιατρικών εφοδίων ή/και αγροτικών προϊόντων. </w:t>
      </w:r>
    </w:p>
    <w:p w14:paraId="3CEFCD9F" w14:textId="718123D2" w:rsidR="00CD466A" w:rsidRDefault="00CF4CB9" w:rsidP="00CF4CB9">
      <w:pPr>
        <w:pStyle w:val="ListParagraph"/>
        <w:numPr>
          <w:ilvl w:val="0"/>
          <w:numId w:val="20"/>
        </w:numPr>
        <w:spacing w:after="120"/>
        <w:contextualSpacing w:val="0"/>
        <w:jc w:val="both"/>
        <w:rPr>
          <w:rFonts w:ascii="Tahoma" w:hAnsi="Tahoma" w:cs="Tahoma"/>
          <w:lang w:val="el-GR" w:eastAsia="el-GR"/>
        </w:rPr>
      </w:pPr>
      <w:r w:rsidRPr="00CD466A">
        <w:rPr>
          <w:rFonts w:ascii="Tahoma" w:hAnsi="Tahoma" w:cs="Tahoma"/>
          <w:lang w:val="el-GR" w:eastAsia="el-GR"/>
        </w:rPr>
        <w:t>Δεν είμαι μέτοχος, εταίρος, διοικητικό στέλεχος ή μέλος</w:t>
      </w:r>
      <w:r w:rsidR="007B32A6">
        <w:rPr>
          <w:rFonts w:ascii="Tahoma" w:hAnsi="Tahoma" w:cs="Tahoma"/>
          <w:lang w:val="el-GR" w:eastAsia="el-GR"/>
        </w:rPr>
        <w:t xml:space="preserve"> (συμπληρώνεται κατά περίπτωση)</w:t>
      </w:r>
      <w:r w:rsidRPr="00CD466A">
        <w:rPr>
          <w:rFonts w:ascii="Tahoma" w:hAnsi="Tahoma" w:cs="Tahoma"/>
          <w:lang w:val="el-GR" w:eastAsia="el-GR"/>
        </w:rPr>
        <w:t xml:space="preserve"> σε νομικό πρόσωπο χορήγησης πιστοποίησης των γεωργικών εκμεταλλεύσεων ή/και των προϊόντων τους για συστήματα ποιότητας ή διαχειριστικά πρότυπα ή διαδικασίας ελέγχου αυτών, ούτε δραστηριοποιούμαι μέσω ατομικής επιχείρησης με αντικείμενο τη χορήγηση πιστοποίησης των ανωτέρω</w:t>
      </w:r>
      <w:r w:rsidR="00364ED7">
        <w:rPr>
          <w:rFonts w:ascii="Tahoma" w:hAnsi="Tahoma" w:cs="Tahoma"/>
          <w:lang w:val="el-GR" w:eastAsia="el-GR"/>
        </w:rPr>
        <w:t>.</w:t>
      </w:r>
      <w:r w:rsidR="00CD466A" w:rsidRPr="00CD466A">
        <w:rPr>
          <w:rFonts w:ascii="Tahoma" w:hAnsi="Tahoma" w:cs="Tahoma"/>
          <w:lang w:val="el-GR" w:eastAsia="el-GR"/>
        </w:rPr>
        <w:t xml:space="preserve"> </w:t>
      </w:r>
    </w:p>
    <w:p w14:paraId="1D67E378" w14:textId="6A535A17" w:rsidR="00CF4CB9" w:rsidRPr="00CD466A" w:rsidRDefault="00CF4CB9" w:rsidP="00CF4CB9">
      <w:pPr>
        <w:pStyle w:val="ListParagraph"/>
        <w:numPr>
          <w:ilvl w:val="0"/>
          <w:numId w:val="20"/>
        </w:numPr>
        <w:spacing w:after="120"/>
        <w:contextualSpacing w:val="0"/>
        <w:jc w:val="both"/>
        <w:rPr>
          <w:rFonts w:ascii="Tahoma" w:hAnsi="Tahoma" w:cs="Tahoma"/>
          <w:lang w:val="el-GR" w:eastAsia="el-GR"/>
        </w:rPr>
      </w:pPr>
      <w:r w:rsidRPr="00CD466A">
        <w:rPr>
          <w:rFonts w:ascii="Tahoma" w:hAnsi="Tahoma" w:cs="Tahoma"/>
          <w:lang w:val="el-GR" w:eastAsia="el-GR"/>
        </w:rPr>
        <w:t xml:space="preserve">Δεν εργάζομαι σε νομικό πρόσωπο ή ατομική επιχείρηση χορήγησης πιστοποίησης των γεωργικών εκμεταλλεύσεων ή/και των προϊόντων τους για συστήματα ποιότητας ή διαχειριστικά πρότυπα ή διαδικασίας ελέγχου αυτών. </w:t>
      </w:r>
    </w:p>
    <w:p w14:paraId="358E3C40" w14:textId="6E2D7D8A" w:rsidR="00CF4CB9" w:rsidRDefault="00CF4CB9" w:rsidP="00CF4CB9">
      <w:pPr>
        <w:pStyle w:val="NoSpacing"/>
        <w:numPr>
          <w:ilvl w:val="0"/>
          <w:numId w:val="20"/>
        </w:numPr>
        <w:spacing w:after="120" w:line="276" w:lineRule="auto"/>
        <w:jc w:val="both"/>
        <w:rPr>
          <w:rFonts w:ascii="Tahoma" w:hAnsi="Tahoma" w:cs="Tahoma"/>
          <w:lang w:val="el-GR" w:eastAsia="el-GR"/>
        </w:rPr>
      </w:pPr>
      <w:r w:rsidRPr="00CF4CB9">
        <w:rPr>
          <w:rFonts w:ascii="Tahoma" w:hAnsi="Tahoma" w:cs="Tahoma"/>
          <w:lang w:val="el-GR" w:eastAsia="el-GR"/>
        </w:rPr>
        <w:t>Δεν συμμετέχω στους ελέγχους για τη χρήση φυτοπροστατευτικών προϊόντων που διενεργούνται στο πλαίσιο εφαρμογής του ν. 4036/2012 «Διάθεση γεωργικών φαρμάκων στην αγορά, ορθολογική χρήση αυτών και συναφείς διατάξεις», όπως ισχύει.</w:t>
      </w:r>
    </w:p>
    <w:p w14:paraId="64134561" w14:textId="6E4974C8" w:rsidR="00D76450" w:rsidRPr="00AF3807" w:rsidRDefault="00D76450" w:rsidP="00D76450">
      <w:pPr>
        <w:pStyle w:val="ListParagraph"/>
        <w:numPr>
          <w:ilvl w:val="0"/>
          <w:numId w:val="20"/>
        </w:numPr>
        <w:jc w:val="both"/>
        <w:rPr>
          <w:rFonts w:ascii="Tahoma" w:hAnsi="Tahoma" w:cs="Tahoma"/>
          <w:lang w:val="el-GR" w:eastAsia="el-GR"/>
        </w:rPr>
      </w:pPr>
      <w:r>
        <w:t> </w:t>
      </w:r>
      <w:r w:rsidRPr="00AF3807">
        <w:rPr>
          <w:rFonts w:ascii="Tahoma" w:hAnsi="Tahoma" w:cs="Tahoma"/>
          <w:lang w:val="el-GR" w:eastAsia="el-GR"/>
        </w:rPr>
        <w:t xml:space="preserve">Ως μέτοχος-εταίρος, μέλος </w:t>
      </w:r>
      <w:r w:rsidR="00AF3807" w:rsidRPr="00AF3807">
        <w:rPr>
          <w:rFonts w:ascii="Tahoma" w:hAnsi="Tahoma" w:cs="Tahoma"/>
          <w:lang w:val="el-GR" w:eastAsia="el-GR"/>
        </w:rPr>
        <w:t xml:space="preserve">(συμπληρώνεται κατά περίπτωση) </w:t>
      </w:r>
      <w:r w:rsidRPr="00AF3807">
        <w:rPr>
          <w:rFonts w:ascii="Tahoma" w:hAnsi="Tahoma" w:cs="Tahoma"/>
          <w:lang w:val="el-GR" w:eastAsia="el-GR"/>
        </w:rPr>
        <w:t>στον Φ.Π.Γ.Σ …(συμπληρώνεται η επωνυμία) δεν μετέχω ή εργάζομαι παράλληλα ως Γ.Σ. σε άλλο Φ.Π.Γ.Σ  με οποιαδήποτε σχέση απασχόλησης.</w:t>
      </w:r>
    </w:p>
    <w:p w14:paraId="5259865C" w14:textId="77777777" w:rsidR="00D76450" w:rsidRPr="00D76450" w:rsidRDefault="00D76450" w:rsidP="00D76450">
      <w:pPr>
        <w:pStyle w:val="ListParagraph"/>
        <w:rPr>
          <w:rFonts w:ascii="Tahoma" w:hAnsi="Tahoma" w:cs="Tahoma"/>
          <w:lang w:val="el-GR" w:eastAsia="el-GR"/>
        </w:rPr>
      </w:pPr>
    </w:p>
    <w:p w14:paraId="1BC89BFB" w14:textId="77777777" w:rsidR="00D76450" w:rsidRDefault="00D76450" w:rsidP="00D76450">
      <w:pPr>
        <w:pStyle w:val="NoSpacing"/>
        <w:spacing w:after="120" w:line="276" w:lineRule="auto"/>
        <w:ind w:left="720"/>
        <w:jc w:val="both"/>
        <w:rPr>
          <w:rFonts w:ascii="Tahoma" w:hAnsi="Tahoma" w:cs="Tahoma"/>
          <w:lang w:val="el-GR" w:eastAsia="el-GR"/>
        </w:rPr>
      </w:pPr>
    </w:p>
    <w:p w14:paraId="4C811452" w14:textId="77777777" w:rsidR="00CF4CB9" w:rsidRPr="00CF4CB9" w:rsidRDefault="00CF4CB9" w:rsidP="00CF4CB9">
      <w:pPr>
        <w:pStyle w:val="NoSpacing"/>
        <w:spacing w:after="120"/>
        <w:ind w:left="405"/>
        <w:jc w:val="right"/>
        <w:rPr>
          <w:rFonts w:ascii="Tahoma" w:hAnsi="Tahoma" w:cs="Tahoma"/>
          <w:b/>
          <w:bCs/>
          <w:lang w:val="el-GR" w:eastAsia="el-GR"/>
        </w:rPr>
      </w:pPr>
      <w:r w:rsidRPr="00CF4CB9">
        <w:rPr>
          <w:rFonts w:ascii="Tahoma" w:hAnsi="Tahoma" w:cs="Tahoma"/>
          <w:b/>
          <w:bCs/>
          <w:lang w:val="el-GR" w:eastAsia="el-GR"/>
        </w:rPr>
        <w:t>Ημερομηνία</w:t>
      </w:r>
    </w:p>
    <w:p w14:paraId="27033E50" w14:textId="0EF5792A" w:rsidR="00CF4CB9" w:rsidRPr="00CF4CB9" w:rsidRDefault="00CF4CB9" w:rsidP="00CF4CB9">
      <w:pPr>
        <w:pStyle w:val="NoSpacing"/>
        <w:spacing w:after="120" w:line="276" w:lineRule="auto"/>
        <w:ind w:left="405"/>
        <w:jc w:val="right"/>
        <w:rPr>
          <w:rFonts w:ascii="Tahoma" w:hAnsi="Tahoma" w:cs="Tahoma"/>
          <w:b/>
          <w:bCs/>
          <w:lang w:val="el-GR" w:eastAsia="el-GR"/>
        </w:rPr>
      </w:pPr>
      <w:r w:rsidRPr="00CF4CB9">
        <w:rPr>
          <w:rFonts w:ascii="Tahoma" w:hAnsi="Tahoma" w:cs="Tahoma"/>
          <w:b/>
          <w:bCs/>
          <w:lang w:val="el-GR" w:eastAsia="el-GR"/>
        </w:rPr>
        <w:t>Υπογραφή</w:t>
      </w:r>
    </w:p>
    <w:p w14:paraId="06D1A92A" w14:textId="744C23BD" w:rsidR="00E30B13" w:rsidRPr="00CD466A" w:rsidRDefault="00CD466A" w:rsidP="002E3D0C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sz w:val="18"/>
          <w:szCs w:val="18"/>
          <w:lang w:val="el-GR" w:eastAsia="el-GR"/>
        </w:rPr>
      </w:pPr>
      <w:bookmarkStart w:id="0" w:name="_Hlk200719919"/>
      <w:r w:rsidRPr="00CD466A">
        <w:rPr>
          <w:rFonts w:ascii="Tahoma" w:hAnsi="Tahoma" w:cs="Tahoma"/>
          <w:sz w:val="18"/>
          <w:szCs w:val="18"/>
          <w:lang w:val="el-GR" w:eastAsia="el-GR"/>
        </w:rPr>
        <w:lastRenderedPageBreak/>
        <w:t>Από τον περιορισμό της άσκησης εμπορίας γεωργικών και κτηνιατρικών εφοδίων ή/και αγροτικών προϊόντων, εξαιρούνται τα φυσικά πρόσωπα που είναι εγγεγραμμένα στο Μητρώο Αγροτών και Αγροτικών Εκμεταλλεύσεων (Μ.Α.Α.Ε.), εφόσον εμπορεύονται αποκλειστικά προϊόντα δικής τους παραγωγής. Στην περίπτωση αυτή στην παρ. 1 αναφέρουν</w:t>
      </w:r>
      <w:r w:rsidR="00ED4C15">
        <w:rPr>
          <w:rFonts w:ascii="Tahoma" w:hAnsi="Tahoma" w:cs="Tahoma"/>
          <w:sz w:val="18"/>
          <w:szCs w:val="18"/>
          <w:lang w:val="el-GR" w:eastAsia="el-GR"/>
        </w:rPr>
        <w:t>:</w:t>
      </w:r>
      <w:r w:rsidRPr="00CD466A">
        <w:rPr>
          <w:rFonts w:ascii="Tahoma" w:hAnsi="Tahoma" w:cs="Tahoma"/>
          <w:sz w:val="18"/>
          <w:szCs w:val="18"/>
          <w:lang w:val="el-GR" w:eastAsia="el-GR"/>
        </w:rPr>
        <w:t xml:space="preserve"> </w:t>
      </w:r>
      <w:r w:rsidRPr="00CD466A">
        <w:rPr>
          <w:rFonts w:ascii="Tahoma" w:hAnsi="Tahoma" w:cs="Tahoma"/>
          <w:sz w:val="18"/>
          <w:szCs w:val="18"/>
          <w:lang w:val="el-GR"/>
        </w:rPr>
        <w:t>«Δεν ασκώ εμπορία γεωργικών και κτηνιατρικών εφοδίων.</w:t>
      </w:r>
      <w:r w:rsidRPr="00CD466A">
        <w:rPr>
          <w:rFonts w:ascii="Tahoma" w:hAnsi="Tahoma" w:cs="Tahoma"/>
          <w:sz w:val="18"/>
          <w:szCs w:val="18"/>
          <w:lang w:val="el-GR" w:eastAsia="zh-CN"/>
        </w:rPr>
        <w:t xml:space="preserve"> </w:t>
      </w:r>
      <w:r w:rsidRPr="00CD466A">
        <w:rPr>
          <w:rFonts w:ascii="Tahoma" w:hAnsi="Tahoma" w:cs="Tahoma"/>
          <w:sz w:val="18"/>
          <w:szCs w:val="18"/>
          <w:lang w:val="el-GR"/>
        </w:rPr>
        <w:t xml:space="preserve">Είμαι εγγεγραμμένος στο Μητρώο Αγροτών και Αγροτικών Εκμεταλλεύσεων, με αριθ. </w:t>
      </w:r>
      <w:r w:rsidRPr="00CD466A">
        <w:rPr>
          <w:rFonts w:ascii="Tahoma" w:hAnsi="Tahoma" w:cs="Tahoma"/>
          <w:sz w:val="18"/>
          <w:szCs w:val="18"/>
        </w:rPr>
        <w:t>Μητρώου….και εμπορεύομαι αποκλειστικά προϊόντα δικής μου παραγωγής».</w:t>
      </w:r>
      <w:r w:rsidRPr="00CD466A">
        <w:rPr>
          <w:rFonts w:ascii="Tahoma" w:hAnsi="Tahoma" w:cs="Tahoma"/>
          <w:sz w:val="18"/>
          <w:szCs w:val="18"/>
          <w:lang w:val="el-GR"/>
        </w:rPr>
        <w:t xml:space="preserve"> </w:t>
      </w:r>
    </w:p>
    <w:bookmarkEnd w:id="0"/>
    <w:p w14:paraId="7C5FC966" w14:textId="77777777" w:rsidR="00E30B13" w:rsidRDefault="00E30B13" w:rsidP="002E3D0C">
      <w:pPr>
        <w:pStyle w:val="ListParagraph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val="el-GR" w:eastAsia="el-GR"/>
        </w:rPr>
      </w:pPr>
    </w:p>
    <w:sectPr w:rsidR="00E30B1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B6E79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C63ADA"/>
    <w:multiLevelType w:val="hybridMultilevel"/>
    <w:tmpl w:val="30C2E256"/>
    <w:lvl w:ilvl="0" w:tplc="3ADEA3D8">
      <w:start w:val="1"/>
      <w:numFmt w:val="decimal"/>
      <w:lvlText w:val="(%1)"/>
      <w:lvlJc w:val="left"/>
      <w:pPr>
        <w:ind w:left="3000" w:hanging="228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478248E"/>
    <w:multiLevelType w:val="multilevel"/>
    <w:tmpl w:val="19CA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245070"/>
    <w:multiLevelType w:val="hybridMultilevel"/>
    <w:tmpl w:val="105C05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45B91"/>
    <w:multiLevelType w:val="hybridMultilevel"/>
    <w:tmpl w:val="B3CC1D6C"/>
    <w:lvl w:ilvl="0" w:tplc="D36EAC48">
      <w:start w:val="1"/>
      <w:numFmt w:val="decimal"/>
      <w:lvlText w:val="%1."/>
      <w:lvlJc w:val="left"/>
      <w:pPr>
        <w:ind w:left="644" w:hanging="360"/>
      </w:pPr>
      <w:rPr>
        <w:rFonts w:ascii="Tahoma" w:eastAsiaTheme="minorEastAsia" w:hAnsi="Tahoma" w:cs="Tahoma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32E0C"/>
    <w:multiLevelType w:val="hybridMultilevel"/>
    <w:tmpl w:val="78C46914"/>
    <w:lvl w:ilvl="0" w:tplc="9D2E5ED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B28FE"/>
    <w:multiLevelType w:val="hybridMultilevel"/>
    <w:tmpl w:val="2B9A0630"/>
    <w:lvl w:ilvl="0" w:tplc="0408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E1137A"/>
    <w:multiLevelType w:val="multilevel"/>
    <w:tmpl w:val="A868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0E277B"/>
    <w:multiLevelType w:val="hybridMultilevel"/>
    <w:tmpl w:val="393653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4F098B"/>
    <w:multiLevelType w:val="hybridMultilevel"/>
    <w:tmpl w:val="8DD0F4B0"/>
    <w:lvl w:ilvl="0" w:tplc="29E0D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A49D9"/>
    <w:multiLevelType w:val="multilevel"/>
    <w:tmpl w:val="A6C0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2402852">
    <w:abstractNumId w:val="8"/>
  </w:num>
  <w:num w:numId="2" w16cid:durableId="2124615989">
    <w:abstractNumId w:val="6"/>
  </w:num>
  <w:num w:numId="3" w16cid:durableId="2079396288">
    <w:abstractNumId w:val="5"/>
  </w:num>
  <w:num w:numId="4" w16cid:durableId="1120760170">
    <w:abstractNumId w:val="4"/>
  </w:num>
  <w:num w:numId="5" w16cid:durableId="1417899031">
    <w:abstractNumId w:val="7"/>
  </w:num>
  <w:num w:numId="6" w16cid:durableId="341905092">
    <w:abstractNumId w:val="3"/>
  </w:num>
  <w:num w:numId="7" w16cid:durableId="831529783">
    <w:abstractNumId w:val="2"/>
  </w:num>
  <w:num w:numId="8" w16cid:durableId="1630939724">
    <w:abstractNumId w:val="1"/>
  </w:num>
  <w:num w:numId="9" w16cid:durableId="323896584">
    <w:abstractNumId w:val="0"/>
  </w:num>
  <w:num w:numId="10" w16cid:durableId="1823279232">
    <w:abstractNumId w:val="3"/>
  </w:num>
  <w:num w:numId="11" w16cid:durableId="768934351">
    <w:abstractNumId w:val="3"/>
  </w:num>
  <w:num w:numId="12" w16cid:durableId="37436826">
    <w:abstractNumId w:val="18"/>
  </w:num>
  <w:num w:numId="13" w16cid:durableId="436219608">
    <w:abstractNumId w:val="10"/>
  </w:num>
  <w:num w:numId="14" w16cid:durableId="1703288541">
    <w:abstractNumId w:val="15"/>
  </w:num>
  <w:num w:numId="15" w16cid:durableId="1292445677">
    <w:abstractNumId w:val="12"/>
  </w:num>
  <w:num w:numId="16" w16cid:durableId="2146313805">
    <w:abstractNumId w:val="14"/>
  </w:num>
  <w:num w:numId="17" w16cid:durableId="1329555589">
    <w:abstractNumId w:val="7"/>
  </w:num>
  <w:num w:numId="18" w16cid:durableId="1799763684">
    <w:abstractNumId w:val="7"/>
    <w:lvlOverride w:ilvl="0">
      <w:startOverride w:val="1"/>
    </w:lvlOverride>
  </w:num>
  <w:num w:numId="19" w16cid:durableId="1255895448">
    <w:abstractNumId w:val="16"/>
  </w:num>
  <w:num w:numId="20" w16cid:durableId="2016953545">
    <w:abstractNumId w:val="11"/>
  </w:num>
  <w:num w:numId="21" w16cid:durableId="1146975193">
    <w:abstractNumId w:val="9"/>
  </w:num>
  <w:num w:numId="22" w16cid:durableId="865287998">
    <w:abstractNumId w:val="13"/>
  </w:num>
  <w:num w:numId="23" w16cid:durableId="14680087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949"/>
    <w:rsid w:val="00034616"/>
    <w:rsid w:val="0004748B"/>
    <w:rsid w:val="00055728"/>
    <w:rsid w:val="0005758C"/>
    <w:rsid w:val="0006063C"/>
    <w:rsid w:val="0006358C"/>
    <w:rsid w:val="00074B13"/>
    <w:rsid w:val="00076442"/>
    <w:rsid w:val="000B1075"/>
    <w:rsid w:val="000E5AC9"/>
    <w:rsid w:val="000F428C"/>
    <w:rsid w:val="00131C4A"/>
    <w:rsid w:val="0015074B"/>
    <w:rsid w:val="00240384"/>
    <w:rsid w:val="00255E3D"/>
    <w:rsid w:val="00257CC8"/>
    <w:rsid w:val="0029639D"/>
    <w:rsid w:val="002A3D34"/>
    <w:rsid w:val="002A4A19"/>
    <w:rsid w:val="002A7CD0"/>
    <w:rsid w:val="002E3D0C"/>
    <w:rsid w:val="002E5A98"/>
    <w:rsid w:val="002F2898"/>
    <w:rsid w:val="002F5AEB"/>
    <w:rsid w:val="00326F90"/>
    <w:rsid w:val="00341C36"/>
    <w:rsid w:val="00364ED7"/>
    <w:rsid w:val="003B55E0"/>
    <w:rsid w:val="003D25F8"/>
    <w:rsid w:val="003E3731"/>
    <w:rsid w:val="003E6FE0"/>
    <w:rsid w:val="00402A99"/>
    <w:rsid w:val="00404743"/>
    <w:rsid w:val="004652F3"/>
    <w:rsid w:val="00470140"/>
    <w:rsid w:val="004820A3"/>
    <w:rsid w:val="00492F17"/>
    <w:rsid w:val="00494482"/>
    <w:rsid w:val="004A51F4"/>
    <w:rsid w:val="004B2136"/>
    <w:rsid w:val="004B7C39"/>
    <w:rsid w:val="004D2CDA"/>
    <w:rsid w:val="004E3FD3"/>
    <w:rsid w:val="0051597E"/>
    <w:rsid w:val="00542500"/>
    <w:rsid w:val="005425B7"/>
    <w:rsid w:val="00585CE4"/>
    <w:rsid w:val="00591209"/>
    <w:rsid w:val="0059476E"/>
    <w:rsid w:val="005C6B25"/>
    <w:rsid w:val="005D4E66"/>
    <w:rsid w:val="005E756C"/>
    <w:rsid w:val="005F73E1"/>
    <w:rsid w:val="00615CCC"/>
    <w:rsid w:val="00641DB3"/>
    <w:rsid w:val="00651CAD"/>
    <w:rsid w:val="00652698"/>
    <w:rsid w:val="00666A10"/>
    <w:rsid w:val="006A1247"/>
    <w:rsid w:val="006C4DF1"/>
    <w:rsid w:val="00720264"/>
    <w:rsid w:val="00724689"/>
    <w:rsid w:val="0073516D"/>
    <w:rsid w:val="007359EC"/>
    <w:rsid w:val="00743C76"/>
    <w:rsid w:val="00753B1C"/>
    <w:rsid w:val="00761ABC"/>
    <w:rsid w:val="00774B56"/>
    <w:rsid w:val="00780462"/>
    <w:rsid w:val="007A3341"/>
    <w:rsid w:val="007A4F51"/>
    <w:rsid w:val="007B32A6"/>
    <w:rsid w:val="007C7F9A"/>
    <w:rsid w:val="0080099E"/>
    <w:rsid w:val="0081703F"/>
    <w:rsid w:val="0082628C"/>
    <w:rsid w:val="0082737D"/>
    <w:rsid w:val="008317A0"/>
    <w:rsid w:val="008613D3"/>
    <w:rsid w:val="008747FF"/>
    <w:rsid w:val="008A2291"/>
    <w:rsid w:val="008D1122"/>
    <w:rsid w:val="008E2EBF"/>
    <w:rsid w:val="008E797E"/>
    <w:rsid w:val="008F2850"/>
    <w:rsid w:val="008F2943"/>
    <w:rsid w:val="00915255"/>
    <w:rsid w:val="00921CA4"/>
    <w:rsid w:val="00934F8D"/>
    <w:rsid w:val="00973B57"/>
    <w:rsid w:val="009957B9"/>
    <w:rsid w:val="009B5CBC"/>
    <w:rsid w:val="009E5B8A"/>
    <w:rsid w:val="009E619B"/>
    <w:rsid w:val="009E70D6"/>
    <w:rsid w:val="009F6325"/>
    <w:rsid w:val="009F646C"/>
    <w:rsid w:val="00A0211D"/>
    <w:rsid w:val="00A23A74"/>
    <w:rsid w:val="00A36BF6"/>
    <w:rsid w:val="00A51470"/>
    <w:rsid w:val="00A666C2"/>
    <w:rsid w:val="00A83318"/>
    <w:rsid w:val="00A84CE2"/>
    <w:rsid w:val="00AA1D8D"/>
    <w:rsid w:val="00AB0CFC"/>
    <w:rsid w:val="00AD3DBB"/>
    <w:rsid w:val="00AF3807"/>
    <w:rsid w:val="00B0462D"/>
    <w:rsid w:val="00B3235F"/>
    <w:rsid w:val="00B47730"/>
    <w:rsid w:val="00B65B07"/>
    <w:rsid w:val="00B751A4"/>
    <w:rsid w:val="00B8377F"/>
    <w:rsid w:val="00B90153"/>
    <w:rsid w:val="00BE6DFB"/>
    <w:rsid w:val="00BF0DEE"/>
    <w:rsid w:val="00BF5037"/>
    <w:rsid w:val="00C33CD9"/>
    <w:rsid w:val="00C5023F"/>
    <w:rsid w:val="00C73276"/>
    <w:rsid w:val="00CA331E"/>
    <w:rsid w:val="00CB0664"/>
    <w:rsid w:val="00CD466A"/>
    <w:rsid w:val="00CD5EE8"/>
    <w:rsid w:val="00CF0C2D"/>
    <w:rsid w:val="00CF4CB9"/>
    <w:rsid w:val="00D00609"/>
    <w:rsid w:val="00D0598D"/>
    <w:rsid w:val="00D34ADD"/>
    <w:rsid w:val="00D60F12"/>
    <w:rsid w:val="00D71266"/>
    <w:rsid w:val="00D712D5"/>
    <w:rsid w:val="00D76450"/>
    <w:rsid w:val="00DA239A"/>
    <w:rsid w:val="00DB1BBF"/>
    <w:rsid w:val="00DB5BAC"/>
    <w:rsid w:val="00DE7DD8"/>
    <w:rsid w:val="00E1275D"/>
    <w:rsid w:val="00E30B13"/>
    <w:rsid w:val="00E54426"/>
    <w:rsid w:val="00ED4C15"/>
    <w:rsid w:val="00EE0632"/>
    <w:rsid w:val="00F452DC"/>
    <w:rsid w:val="00F51C72"/>
    <w:rsid w:val="00F54773"/>
    <w:rsid w:val="00F57F10"/>
    <w:rsid w:val="00FA2CF3"/>
    <w:rsid w:val="00FB1B99"/>
    <w:rsid w:val="00FC693F"/>
    <w:rsid w:val="00FD289E"/>
    <w:rsid w:val="00FD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BDDDA"/>
  <w14:defaultImageDpi w14:val="300"/>
  <w15:docId w15:val="{D609376D-3561-43D7-B931-E092031A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850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643"/>
        <w:tab w:val="num" w:pos="720"/>
      </w:tabs>
      <w:ind w:left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qFormat/>
    <w:rsid w:val="00934F8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A2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85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Παπαροκά Αθανασία</cp:lastModifiedBy>
  <cp:revision>4</cp:revision>
  <cp:lastPrinted>2025-12-08T09:52:00Z</cp:lastPrinted>
  <dcterms:created xsi:type="dcterms:W3CDTF">2026-07-01T11:02:00Z</dcterms:created>
  <dcterms:modified xsi:type="dcterms:W3CDTF">2026-07-02T10:10:00Z</dcterms:modified>
  <cp:category/>
</cp:coreProperties>
</file>